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העיתון הספרותי על ארבעת חלקיו ואת ההבדל בין עבודה שיתופית לאישית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נושא חוצה יצירות וניסוחו כשאלה פתוחה הניתנת לבדיקה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במושגים ספרותיים ככלי פרשני בתוך כתיבה עיתונאית, ולא כרשימת זיהוי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במבנה עיתונאי (פירמידה הפוכה) ובסוגות אישיות שונות, תוך עיגון מלא במקורות מהיצירות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מבנה המשימה וארבעת חלקי העיתון – זיהוי חלקי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ארבעה חלקים: כתבה מרכזית, כתבות משנה, דבר העורכים ומשוב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באתר – שיתופי, כ-400-450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חבר/ת צוות בוחר/ת סוג כתבה שמתאים לקול שלו/ה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נאמר במפורש שדבר העורכים אינו סיכום אלא אמירה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מבנה המשימה וארבעת חלקי העיתון – היקפי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400-450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200-400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200-250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מבנה המשימה וארבעת חלקי העיתון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(שיתופי, נבנה על ציטוטים שנאספו מכל חברי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(אישי, כל כותב/ת בוחר/ת סוג שמתאים לקול שלו/ה)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(שיתופי, אמירה חדשה שלא ניתן היה לומר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(אישי, כנות לגבי מה שנלמד גם אם נפלה טעות)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מבנה המשימה וארבעת חלקי העיתון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שתתבסס על ציטוטים ועובדות שכל חברי הצוות אספו מהיצירות, ולא על רושם ראשוני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חלק שיתופי נכתב יחד על ידי כל הצוות (כמו הכתבה המרכזית או דבר העורכים), וחלק אישי נכתב לבד על ידי כל חבר/ת צוות (כמו כתבת משנה או 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שהעיתון יכלול מגוון קולות וזוויות על אותו נושא, ולא יחזור על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בחירת נושא שחוצה יצירות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מילה בודדת היא תווית ולא נושא; נושא חזק מנוסח כשאלה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במבחן הנושא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השלב הראשון בתהליך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מבחן הנושא דורש שהנושא יופיע בכל אחת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מבחן הנושא דורש לפחות שני ציטוטים מכל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בחירת נושא שחוצה יצירות – זיהוי נושא חלש וחזק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זו תחושה כללית ולא תהליך שאפשר לבדוק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מציע שתי אפשרויות ולכן מזמין עמדה אישית ומחלוקת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נשען על יצירה אחת בלבד ואינו חוצה 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בחירת נושא שחוצה יצירות – התאמה בין נושא חלש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קורה לאהבה כשהיא נתקלת בכללים של החברה?)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דמויות מתמודדות עם אובדן של חלום, ומה נשאר להן אחריו?)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(האם הטבע ביצירות הוא מקלט מן האדם או מראה של נפשו?)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גורם לאדם להרגיש זר במקום שבו הוא חי?)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בחירת נושא שחוצה יצירות – תרגול יישומי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מושגים ספרותיים ככלי פרשני – זיהוי מושגי דמות ועלילה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לה כמה צדדים, סתירות פנימיות ועולם רגשי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נבנית סביב תכונה אחת בולטת ואינה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מאבק או התנגשות שמניעים את 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מושגים ספרותיים ככלי פרשני – אמת או 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במילון המושגים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סטטית נשארת בעיקרה כפי שהייתה מתחילת היצירה ועד סופה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מושגים ספרותיים ככלי פרשני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(גם אוהבת וגם פוגעת, גם חזקה וגם מפוחדת)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(מתחילה כצייתנית ומסיימת בהחלטה אמיצה 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(חוזרת בסוף הסיפור לאותה עמדה שבה התחילה)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(מאבק בין חוק השליט לבין חובת הגיבורה כלפי אחיה)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מושגים ספרותיים ככלי פרשני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חובתה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הכתבה החדשותית המרכזית – היכרות עם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נכתבת יחד כצוות, אחרי איסוף ציטוטים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רקע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כ-400-450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הכתבה החדשותית המרכזית – בניית הליד וגוף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הכתבה החדשותית המרכזית – בניית הליד וגוף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(הדמויות או הדוברים שבמרכז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(זמן האירוע בעולם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(המקום שבו מתרחש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(הסיבה או הקונפליקט שהוביל לאירוע)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(הדרך שבה זה קרה והתוצאה המיידית)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כתבות משנה לפי סוגה אישית – זיהוי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200-400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סוג כתבה שונה מחברי הצוות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מושג ספרותי אחד ולפחות שני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יומן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לדחות אותה בנימוס ולחזק את העמדה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שאלות שחושפות סתירה בין דברים לבין מעשים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כתבות משנה לפי סוגה אישית – יישום התבניות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סתירה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כתבות משנה לפי סוגה אישית – מבנה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(עמדה בחדות, אפשר עם סימן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(שאלה או תמונה שמציגה את הבעיה)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(משפט אחד ברור)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(ציטוט או פרפרזה ופרשנות)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(יש הטוענים ש... אולם...)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(מסקנה או קריאה לקוראים)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בבירור בין כתיבה משותפת של כל הצוות (כתבה מרכזית, דבר עורכים) לכתיבה אישית (כתבת משנה, משוב)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שהנושא נוסח כשאלה פתוחה ולא כמילה בודדת, ושיש לו עיגון בטקסט משתי יצירות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למשפט שבו המושג מסביר למה תופעה בטקסט קורית, ולא רק מזהה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לפי לוח הזמנים של עשרת השיעורים: קודם מבנה המשימה, אחר כך בחירת נושא, ורק בהמשך כתיבה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לצמצם את מספר המושגים הנדרשים בתרגול ולתת דוגמה מוכנה של משפט פרשני להשלמה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למצטיינים אפשר להוסיף אתגר: לכתוב את אותו קטע משני סוגי כתבות משנה שונים ולהשוות את ההבדל בקול הכותב/ת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או בשלשות כפי שהאתר מציע, ולשבץ בכל קבוצה תלמיד/ה שמרגיש/ה בטוח/ה ביצירות לצד מי שזקוק/ה לליווי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שלב אחר שלב את הכלים הדרושים לבניית העיתון הספרותי שלכם: מבחירת נושא, דרך שימוש במושגים, ועד כתיבת כל אחד מארבעת חלקי העיתון. עבדו על התרגילים לפי הסדר, ובדקו את עצמכם מול שאלות היציאה בסוף כל פרק לפני שעוברים הלאה.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מבנה המשימה וארבעת חלקי העיתון – זיהוי חלקי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העיתון הספרותי בנוי משלושה חלקים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החדשותית המרכזית היא חלק שיתופי שכל הצוות כותב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כתבות המשנה הן חלק אישי, וכל חבר/ת צוות כותב/ת כתבה מסוג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העורכים הוא סיכום קצר של כל מה שכבר נכתב בעיתון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מבנה המשימה וארבעת חלקי העיתון – היקפי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הכתבה החדשותית המרכזית כוללת כ-__________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כתבות המשנה כוללות כ-__________ מילים לכל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המשוב האישי כולל כ-__________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מבנה המשימה וארבעת חלקי העיתון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הכתבה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אישי, כל כותב/ת בוחר/ת סוג שמתאים לקול שלו/ה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כתבות המשנה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אישי, כנות לגבי מה שנלמד גם אם נפלה 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שיתופי, נבנה על ציטוטים שנאספו מכל חברי הצוות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שיתופי, אמירה חדשה שלא ניתן היה לומר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מבנה המשימה וארבעת חלקי העיתון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הכתבה המרכזית נכתבת אחרונה מבין הטיוטות הראשונות ולא 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חלק 'שיתופי' לחלק 'אישי' בעיתון? תנו דוגמה אחת מכל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שכל חבר/ת צוות יכתוב/תכתוב סוג כתבת משנה שונה מחבריו/ה לצוות?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בחירת נושא שחוצה יצירות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טוב לעיתון הוא מילה אחת שמתארת את כל היצירות, כמו 'אהבה'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חזק מנוסח כשאלה פתוחה שאין לה תשובה אחת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לבחור נושא, רושמים קודם שלושה רגעים מכל יצירה שנשארו איתנו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שהנושא יופיע בחלק מהיצירות, לא חייב בכולן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נושא גם אם יש לו רק ציטוט אחד מכל 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בחירת נושא שחוצה יצירות – זיהוי נושא חלש וחזק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מהבאים הוא נושא 'חלש' לפי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קורה לאהבה כשהיא נתקלת בכללים של החברה?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דמויות מתמודדות עם אובדן של חלום?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הטבע ביצירות הוא מקלט מן האדם או מראה של נפשו?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'כל היצירות עצובות' נחשב נושא חלש?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זו תחושה כללית ולא תהליך שאפשר לבדוק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בו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ארוך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לא עצוב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היתרון של הניסוח 'האם הטבע ביצירות הוא מקלט מן האדם או מראה של נפשו?' לעומת 'הטבע ביצירות'?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מציע שתי אפשרויות ולכן מזמין עמדה אישית ומחלוקת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משתמש במילה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משמעותי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הבעיה בנושא 'הדמות הראשית בסיפור הראשון' לפי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נשען על יצירה אחת בלבד ואינו חוצה 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לא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קצר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קונפליקט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בחירת נושא שחוצה יצירות – התאמה בין נושא חלש לחזק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אהבה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דמויות מתמודדות עם אובדן של חלום, ומה נשאר להן אחריו?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 היצירות עצובות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האם הטבע ביצירות הוא מקלט מן האדם או מראה של נפשו?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הטבע ביצירות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גורם לאדם להרגיש זר במקום שבו הוא חי?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הדמות הראשית בסיפור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קורה לאהבה כשהיא נתקלת בכללים של החברה?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בחירת נושא שחוצה יצירות – תרגול יישומי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נושא חוצה יצירות מנוסח כ__________ פתוחה שאין לה תשובה אחת נכונה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מושגים ספרותיים ככלי פרשני – זיהוי מושגי דמות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מאפיין דמות עגולה לפי מילון המושגים?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כמה צדדים, סתירות פנימיות ועולם רגשי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תכונה אחת בולטת שאינה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תמיד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מופיעה רק בדרמות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מאפיין דמות שטוחה?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עוברת שינוי משמעותי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נבנית סביב תכונה אחת בולטת ואינה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תמיד מספרת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מופיעה רק בשירה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קונפליקט ביצירה ספרותית?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מאבק או התנגשות שמניעים את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של נוף או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הערת במה בתוך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 החוזר בשיר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מושגים ספרותיים ככלי פרשני – אמת או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דינמית עוברת שינוי משמעותי בהבנה, בערכים או בהתנהגות במהלך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סטטית משתנה בסוף היצירה ומגיעה להחלטה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מושגים ספרותיים ככלי פרשני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מאבק בין חוק השליט לבין חובת הגיבורה כלפי אחיה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חוזרת בסוף הסיפור לאותה עמדה שבה התחילה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סטטית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מתחילה כצייתנית ומסיימת בהחלטה אמיצה 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גם אוהבת וגם פוגעת, גם חזקה וגם מפוחדת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מושגים ספרותיים ככלי פרשני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דמות שנבנית סביב תכונה אחת בולטת ואינה משתנה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במחזה היווני שנלמד כדוגמה, הקונפליקט המרכזי הוא בין חוק השליט לבין __________ של הגיבורה כלפי אחיה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כתיבת הכתבה החדשותית המרכזית – היכרות עם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מאפיין את הכתבה החדשותית המרכזית בעיתון הספרותי?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נכתבת לבד ובסוד מכל חברי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נכתבת יחד כצוות, אחרי איסוף ציטוטים מהיצירות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שימוש במושגים ספרותיים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הקצרה מבין כל חלקי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פי המדריך, כמה מושגים ספרותיים צריך לשלב לפחות בכתבה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הקומה הרחבה ביותר במבנה הפירמידה ההפוכה?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רקע ופרטים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וכותרת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נמצא בקומה הצרה ביותר, בתחתית הפירמידה ההפוכה?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רקע ופרטים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אורכה המומלץ של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כ-200-250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כ-400-450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הגבלת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כתיבת הכתבה החדשותית המרכזית – בניית הליד וגוף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הליד עונה על השאלות מי, מה, מתי, איפה, למה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המדריך, הליד צריך להיות קצר - עד כ-__________ מילה בערך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בגוף הכתבה מסדרים את המידע מהחשוב אל ה-__________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כתיבת הכתבה החדשותית המרכזית – בניית הליד וגוף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שבו מתרחש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הסיבה או הקונפליקט שהוביל לאירוע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הדרך שבה זה קרה והתוצאה המיידית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האירוע בעולם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הדמויות או הדוברים שבמרכז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כתבות משנה לפי סוגה אישית – זיהוי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מילים בערך צריכה להיות כתבת משנה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200-400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500-600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50-100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כל חברי הצוות כותבים כתבת משנה אחת, וכל אחד ואחת כותבים: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 סוג כתבה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כתבה שונה מחברי הצוות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 שרוצה כותב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בשיתוף כל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שני רכיבים חייבים להופיע בכל כתבת משנה, לפי המדריך?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איור וחתימה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מושג ספרותי אחד ולפחות שני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טבלה וציטוט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משנה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כתבה הכתובה בקול דמות, המתארת אירועים תוך כדי התרחשותם,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 העורכים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מטרת ההתייחסות לעמדה הנגדית בטור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שאין עמדות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לדחות אותה בנימוס ולחזק את העמדה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בה את העמדה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עליה כי היא לא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ממרכיבי הריאיון עם דמות עגולה מומלץ לשאול, לפי המילון?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 שחוזרות על מה שהדמות כבר אמרה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שאלות שחושפות סתירה בין דברים לבין מעשים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על דמויות אחרות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שאין להן תשובה בטקסט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כתבות משנה לפי סוגה אישית – יישום התבניות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בטור דעה יש להציג את העמדה האישית במשפט __________ וברור.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כתבת משנה צריכה לכלול כותרת, מושג ספרותי אחד, דעה אישית ולפחות __________ מקורות.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בריאיון עם דמות עגולה כדאי לשאול שאלות שחושפות __________ בין מה שהדמות אומרת לבין מה שהיא עושה.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כתבות משנה לפי סוגה אישית – מבנה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הטור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הטוענים ש... אולם...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אחד ברור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העמדה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עמדה בחדות, אפשר עם סימן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נימוק ראשון ומקור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מסקנה או קריאה לקוראים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הטענה הנגדית ותשובתי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שאלה או תמונה שמציגה את הבעיה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ציטוט או פרפרזה ופרשנות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חלק שיתופי לחלק אישי בעיתון, ולתת דוגמה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הנושא שבחרתי עומד במבחן הנושא: הוא מופיע בכל היצירות, ואפשר למצוא לו לפחות שני ציטוטים מכל אחת מהן?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בכתיבה שלי המושג הספרותי משמש להסבר ולפרשנות, ולא רק מוזכר כמילה בודדת?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העיתון הספרותי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